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כתבה בשבוע: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כתבת חדשות קצרה בעברית קלה ולענות על שאלות מי מה איפה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סדר אירועים ורעיון מרכזי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להביע דעה אישית קצרה על 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לתעד כתבות שקראו ביומן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מבינים כתבה: מי, מה, איפה, למה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דבורי בומבוס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אוכל מתוק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מבינים כתבה: מי, מה, איפה, למה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(חוקרים)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(האם דבורים משחקות)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(בזירה גדולה)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מבינים כתבה: מי, מה, איפה, למה – חושבים וכותבים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מסדרים את הכתבה: סדר אירועים ורעיון מרכזי – מה קרה בכתבה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אוכל מתוק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מסדרים את הכתבה: סדר אירועים ורעיון מרכזי – מי עשה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(בנו זירה גדולה עם כדורים)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(עברו ליד הכדורים כדי להגיע לאוכל)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מסדרים את הכתבה: סדר אירועים ורעיון מרכזי – מה הרעיון המרכזי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אומרים את דעתנו על הכתבה – מה קרה בכתבה?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החוקרים רצו לבדוק אם דבורים משחקות ובנו זירה עם כדורים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הדבורים גלגלו כדורים בלי לקבל שום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גילו החוקרים בניסוי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אומרים את דעתנו על הכתבה – עובדה או דעה?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הדבורים גלגלו כדורים בלי לקבל פרס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לדעתי מעניין שגם לחרקים יש כיף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אומרים את דעתנו על הכתבה – כותבים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אישית, למשל: לדעתי מפתיע שדבורים משחקות כי חשבתי שהן עובדות רק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מילים חדשות מהכתבה – מכירים את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(אנשים שבודקים ולומדים על דברים חדשים)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(בדיקה מיוחדת כדי ללמוד משהו)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(מקום גדול שבו קורה הבדיקה או המשחק)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(דברים שמרגישים, כמו שמחה או הנאה)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חדשות מהכתבה – משלימים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זירה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חדשות מהכתבה – חושבים על המשמעות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בדיקה מיוחדת כדי ללמוד משהו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מילים חדשות מהכתבה – כותבים בעצמנו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יומן הכתבות שלי – מכירים את היומן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היומן בנוי למילוי שורה אחת בשבוע, אחרי שמסיימים לעבוד על 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באתר כתוב שאפשר גם להוסיף כתבה ליומן באופן ידני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יומן הכתבות שלי – בוחרים קטגוריה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(כתבה על דבורים שמשחקות בכדור)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(כתבה על ניסוי שעשו חוקרים)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(כתבה על תחרות או משחק)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(כתבה על חג שחוגגים בישראל)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יומן הכתבות שלי – כותבים שורה ביומן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בעלי חיים או מדע – כי הכתבה עוסקת בניסוי מדעי על חרקים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אישית, למשל: משחק / כדורים / הנאה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מבינים את כתבת הדבורים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האם דבורים משחקות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אוכל מתוק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גלגלו אותם שוב ושוב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חושבים וכותבים על הכתבה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חוקרים גילו שדבורים מגלגלות כדורים בלי פרס, וייתכן שזה משחק מתוך הנאה.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תשובות מדויקות מתוך תוכן הכתבה, בלי פרטים שלא כתובים 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סדר הגיוני של 3-4 אירועים מהכתבה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משפט דעה אישי קצר וברור, הקשור לתוכן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על אותה כתבה לאורך שבוע: יום אחד הבנה, יום אחר סידור אירועים, יום שלישי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לתת את הגרסה הקלה עם ניקוד של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השלמת שורה ביומן בכל שבוע כדי לבנות הרגל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לעבוד בזוגות על כתיבת הדעה ואז לשתף בכיתה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כתבה בשבוע – חדשות בעברית קלה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כתבה בשבוע: חדשות בעברית קלה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בחוברת הזאת נתרגל קריאת כתבות חדשות בעברית קלה, לפי הכתבה לדוגמה על הדבורים שמשחקות בכדור. עובדים פרק אחרי פרק, ובסוף ממלאים שורה ביומן הכתבות שלי.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חוקרים  ·  זירה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פרק 1 · מבינים כתבה: מי, מה, איפה, למה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ביצע את הניסוי בכתבה?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ילדים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חוקרים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גננים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שמו החוקרים בתוך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דבורי בומבוס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פרפרים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נמלים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היה בצד אחד של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פרק 1 · מבינים כתבה: מי, מה, איפה, למה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מי ביצע את הניסוי?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בזירה גדולה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מה הם רצו לבדוק?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חוקרים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איפה ערכו את הניסוי?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האם דבורים משחקות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פרק 1 · מבינים כתבה: מי, מה, איפה, למה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פרק 2 · מסדרים את הכתבה: סדר אירועים ורעיון מרכזי – מה קרה בכתבה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החוקרים רצו לבדוק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האם דבורים ישנות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האם דבורים אוהבות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בצד אחד של הזירה?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פרק 2 · מסדרים את הכתבה: סדר אירועים ורעיון מרכזי – מי עשה 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החוקרים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עברו ליד הכדורים כדי להגיע לאוכל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הדבורים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בנו זירה גדולה עם כדורים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פרק 2 · מסדרים את הכתבה: סדר אירועים ורעיון מרכזי – מה הרעיון המרכזי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7  חלק ז׳ – פרק 3 · אומרים את דעתנו על הכתבה – מה קרה בכתבה?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בכתבה מספרים על חוקרים שבדקו אם דבורים משחקות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הדבורים קיבלו פרס גדול בכל פעם שגלגלו כדור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דבורים צעירות גלגלו כדורים יותר מדבורים מבוגרות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8  חלק ח׳ – פרק 3 · אומרים את דעתנו על הכתבה – עובדה או דעה?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משפט הוא עובדה מהכתבה?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הדבורים גלגלו כדורים בלי לקבל פרס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אני חושב שדבורים הכי חמודות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לדעתי המחקר הזה משעמם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משפט הוא דעה?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החוקרים בנו זירה גדולה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הדבורים גלגלו כדורים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לדעתי מעניין שגם לחרקים יש כיף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9  חלק ט׳ – פרק 3 · אומרים את דעתנו על הכתבה – כותבים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האם חשבתם שדבורים יודעות לשחק? כתבו משפט דעה קצר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10  חלק י׳ – פרק 4 · מילים חדשות מהכתבה – מכירים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חוקרים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דברים שמרגישים, כמו שמחה או הנאה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ניסוי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מקום גדול שבו קורה הבדיקה או המשחק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זירה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אנשים שבודקים ולומדים על דברים חדשים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רגשות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בדיקה מיוחדת כדי ללמוד משהו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11  חלק י״א – פרק 4 · מילים חדשות מהכתבה – משלימים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ה__________ רצו לבדוק אם דבורים משחקות.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החוקרים בנו __________ גדולה עם כדורים קטנים בתוכה.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12  חלק י״ב – פרק 4 · מילים חדשות מהכתבה – חושבים על המשמעות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המילה 'ניסוי' הכי קרובה אליה במשמעות?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בדיקה מיוחדת כדי ללמוד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סיפור דמיוני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שיר ישן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13  חלק י״ג – פרק 4 · מילים חדשות מהכתבה – כותבים בעצמנו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14  חלק י״ד – פרק 5 · יומן הכתבות שלי – מכירים את היומן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ביומן הכתבות שלי כל שבוע מוסיפים כתבה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 אפשר להוסיף כתבה ליומן בעצמנו, רק דרך לחיצה אוטומטית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15  חלק ט״ו – פרק 5 · יומן הכתבות שלי – בוחרים קטגוריה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בעלי חיים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כתבה על תחרות או משחק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כתבה על חג שחוגגים בישראל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ספורט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כתבה על ניסוי שעשו חוקרים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חגים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כתבה על דבורים שמשחקות בכדור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16  חלק ט״ז – פרק 5 · יומן הכתבות שלי – כותבים שורה ביומן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לאיזו קטגוריה ביומן שייכת הכתבה דבורים שמשחקות בכדור?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כתבו מילה אחת שהייתם זוכרים מהכתבה על הדבורים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17  חלק י״ז – חזרה מסכמת – מבינים את כתבת הדבורים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רצו החוקרים לבדוק בניסוי?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האם דבורים משחקות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האם דבורים ישנות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האם דבורים אוהבות צבעים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מה היה בצד אחד של הזירה שהחוקרים בנו?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אוכל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עשו הדבורים עם הכדורים הקטנים לפי הכתבה?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התעלמו מהם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אכלו אותם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גלגלו אותם שוב ושוב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18  חלק י״ח – חזרה מסכמת – חושבים וכותבים על הכתבה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בשתי משפטים מה הרעיון המרכזי של הכתבה על הדבורים.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לענות על שאלות מי, מה, איפה ולמה על כתבה שקראתי?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אני יודע/ת לסדר את האירועים בכתבה לפי הסדר הנכון?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כתבה בשבוע: חדשות בעברית קלה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