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כתבת חדשות קצרה בעברית קלה ולענות על שאלות מי מה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אירועים ורעיון מרכזי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אישית קצרה על 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לתעד כתבות שקראו ביומן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מבינים כתבה: מי, מה, איפה, למה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 לא קיבלו שום פרס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מבינים כתבה: מי, מה, איפה, למה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(האם דבורים משחקות)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(בזירה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(דבורים צעירות)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(אולי גם לחרקים יש רגשות כמו הנאה)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מבינים כתבה: מי, מה, איפה, למה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המתייחסת לכך שהחוקרים חושבים שאולי יש לחרקים רגשות פשוטים, אך צריך עוד 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אולי היא בדרך למשחק עם כדור, כמו הדבורים בניסוי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מסדרים את הכתבה: סדר אירועים ורעיון מרכזי – מה קרה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מסדרים את הכתבה: סדר אירועים ורעיון מרכזי – מי עשה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(בנו זירה גדולה עם כדורים)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(עברו ליד הכדורים כדי להגיע לאוכל)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(עצרו וגלגלו כדורים בלי פרס)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(גלגלו כדורים יותר מהמבוגרות)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(אמרו שצריך עוד ניסויים בנושא)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מסדרים את הכתבה: סדר אירועים ורעיון מרכזי – מה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יכול להיות שגם לחרקים יש הנאה ממשחק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אומרים את דעתנו על הכתבה – מה קרה בכתבה?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החוקרים רצו לבדוק אם דבורים משחקות ובנו זירה עם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הדבורים גלגלו כדורים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גילו החוקרים בניסוי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החוקרים אומרים שצריך עוד ניסויים, כי זה רק מחקר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אומרים את דעתנו על הכתבה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הדבורים גלגלו כדורים בלי לקבל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לדעתי מעניין שגם לחרקים יש 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לדעתי...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עובדה אפשר לבדוק, דעה היא מה שאני חושב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אומרים את דעתנו על הכתבה – כותבים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לדעתי מפתיע שדבורים משחקות כי חשבתי שהן עובדות 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שמתחילה במילה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 קצר, למשל: כן, כדי לדעת בוודאות אם יש להן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אישית, למשל: לדעתי מעניין שדבורים צעירות אוהבות לשחק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חדשות מהכתבה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(אנשים שבודקים ולומדים על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(בדיקה מיוחדת כדי ללמוד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גדול שבו קורה הבדיקה או המשחק)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(דברים שמרגישים, כמו שמחה או הנאה)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(הרגשה טובה של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חדשות מהכתבה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חדשות מהכתבה – חושבים על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בדיקה מיוחדת כדי ללמוד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הפסיקו ללכת לרגע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חדשות מהכתבה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מחקר הוא בדיקה שחוקרים עושים כדי ללמוד משהו חדש; בכתבה החוקרים בדקו אם דבורים משחקות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יומן הכתבות שלי – מכירים את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היומן בנוי למילוי שורה אחת בשבוע, אחרי שמסיימים לעבוד על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כתוב שאפשר גם להוסיף כתבה ליומן באופן ידני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בעלי חיים היא אחת הקטגוריות לבחירה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ספורט ותרבות הן שתיים מהקטגוריות הקיימות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היומן כולל שאלה כמה אהבתי עם דירוג בכוכבים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יומן הכתבות שלי – בוחרים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(כתבה על דבורים שמשחקות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 על ניסוי שעשו 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(כתבה על תחרות או 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(כתבה על חג שחוגגים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(כתבה על סרט או ספר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(כתבה שלא מתאימה לאף קטגוריה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יומן הכתבות שלי – כותבים שורה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 או מדע – כי הכתבה עוסקת בניסוי מדעי על חרקים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משחק / כדורים /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הכוללת מספר כוכבים ונימוק קצר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שלושה חלקים: קטגוריה מתאימה, דירוג הגיוני ומילה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מבינים את כתבת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גלגלו אותם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אולי בשביל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שצריך עוד ניסויים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עד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חושבים וכותבים על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גילו שדבורים מגלגלות כדורים בלי פרס, וייתכן שזה משחק מתוך הנאה.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דעה ונימוק מבוסס על הכתבה, למשל שהצעירות גלגלו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חוקרים – אנשים שבודקים שאלה במחקר; זירה – מקום מוגדר לניסוי.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מדויקות מתוך תוכן הכתבה, בלי פרטים שלא כתובים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הגיוני של 3-4 אירועים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דעה אישי קצר וברור, הקשור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אותה כתבה לאורך שבוע: יום אחד הבנה, יום אחר סידור אירועים, יום שלישי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הגרסה הקלה עם ניקוד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השלמת שורה ביומן בכל שבוע כדי לבנות הרגל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כתיבת הדעה ואז לשתף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נקרא כתבה קטנה על דבורים. נענה על שאלות, נסדר את הסיפור ונכתוב מה אנחנו חושבים. בסוף נכתוב שורה ביומן.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שמספר על דבר חדש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שבודקים שאלה בניסוי כדי ללמוד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שעושים כדי לגלות תשובה לשאלה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מיוחד שבנו לדבורים כדי לבדוק אותן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המחשבה הכי חשובה בכתבה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אירועים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קודם ומה קרה אחר כך בכתבה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חושב או מרגיש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הכתבות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 כל כתבה שקראנו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מבינים כתבה: מי, מה, איפה, למה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עשה את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חרק היה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חיכה לדבורים בסוף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הדבורים פגשו את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 מהזירה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מחוץ לזירה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הכוורת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הדבורים קיבלו משהו על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קיבלו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לא קיבלו שום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קיבלו אוכל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נענשו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מבינים כתבה: מי, מה, איפה, למה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ביצע את הניסוי?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בזירה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הם רצו לבדוק?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דבורים צעירות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 ערכו את הניסוי?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דבורים משחקות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גלגל כדורים יותר?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אולי גם לחרקים יש רגשות כמו הנאה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זה חשוב למדענים?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חוקרים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מבינים כתבה: מי, מה, איפה, למה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הייתה השאלה שהחוקרים רצו לבדוק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– האם גם לדבורים קטנות יכולים להיות רגשות כמו הנאה?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בפעם הבאה שתראו דבורה בגינה – מה תחשבו עליה לפי הכתבה?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מסדרים את הכתבה: סדר אירועים ורעיון מרכזי – מה קרה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היה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דבורים ישנות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דבורים אוהבות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דבורים עפות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חיכה לדבורים בקצה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מסדרים את הכתבה: סדר אירועים ורעיון מרכזי – מי עשה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אמרו שצריך עוד ניסויים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עצרו וגלגלו כדורים בלי 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הרבה 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בנו זירה גדולה עם כדורים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הדבורים הצעירות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עברו ליד הכדורים כדי להגיע לאוכל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גלגלו כדורים יותר מהמבוגרות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מסדרים את הכתבה: סדר אירועים ורעיון מרכזי – מה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החשוב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אוכלות רק דברים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יכול להיות שגם לחרקים יש הנאה ממשחק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בונות זירות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הדבורים זהות אחת לשנייה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אומרים את דעתנו על הכתבה – מה קרה בכתבה?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מספרים על חוקרים שבדקו אם דבורים משחקות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גדול בכל פעם שגלגלו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בטוחים לגמרי שלדבורים יש רגשות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אומרים את דעתנו על הכתבה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באמת כתוב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הדבורים גלגלו כדורים בלי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חושב שדבורים הכי חמודות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לדעתי המחקר הזה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בטוח שדבורים לא אוהבות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מישהו חושב, ולא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החוקרים בנו זירה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הדבורים גלגלו כדורים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לדעתי מעניין שגם לחרקים יש כיף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צעירות שיחקו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מתחילים משפט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החוקרים גילו...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בכתבה כתוב...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הניסוי נעשה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שונה בין דבר שקרה לבין מה שאני חושב?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לבדוק, דעה היא מה שאני חושב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היא תמיד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היא תמיד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אומרים את דעתנו על הכתבה – כותבים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חשבתם שדבורים יודעות לשחק? כתבו משפט דעה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דעה שמתחיל במילה לדעתי על הניסוי עם הדבורים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לדעתכם צריך לעשות עוד ניסויים על דבורים? נמקו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דעה על ההבדל בין דבורים צעירות למבוגרות בניסוי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מילים חדשות מהכתבה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בדיקה מיוחדת כדי ללמוד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הרגשה טובה של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שבודקים ולומדים על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גדול שבו קורה הבדיקה או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דברים שמרגישים, כמו שמחה או הנאה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חדשות מהכתבה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רצו לבדוק אם דבורים משחקות.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החוקרים בנו __________ גדולה עם כדורים קטנים בתוכה.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גלגלו את הכדורים בלי לקבל שום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אולי גם לחרקים יש __________ פשוטים, כמו הנאה.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__________ גלגלו כדורים יותר מדבורים מבוגרות.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חדשות מהכתבה – חושבים על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'ניסוי'?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בדיקה מיוחדת כדי ללמוד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'הדבורים עצרו ליד הכדורים', המילה 'עצרו' הכי קרובה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המשיכו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הפסיקו ללכת לרגע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קפצו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ישנו עמוק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מילים חדשות מהכתבה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זה 'מחקר', ותנו דוגמה מהכתבה על הדבורים.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יומן הכתבות שלי – מכירים את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הכתבות שלי כל שבוע מוסיפים כתבה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להוסיף כתבה ליומן בעצמנו, רק דרך לחיצה אוטומטית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ביומן היא 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בקטגוריות של היומן אין אפשרות לבחור ספורט או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בשורה ביומן מדרגים את הכתבה גם בכוכבים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יומן הכתבות שלי – בוחרים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 על סרט או ספר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 שלא מתאימה לאף קטגוריה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 על חג שחוגגים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על ניסוי שעשו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כתבה על דבורים שמשחקות בכדור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כתבה על תחרות או 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יומן הכתבות שלי – כותבים שורה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קטגוריה ביומן שייכת הכתבה דבורים שמשחקות בכדור?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שהייתם זוכרים מהכתבה על הדבורים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דרגו את הכתבה על הדבורים בכוכבים וכתבו משפט קצר שמסביר את הדירוג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שורה שלמה ביומן על כתבה שקראתם השבוע: קטגוריה, דירוג בכוכבים ומילה אחת שזכרתם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מבינים את כתבת הדבורים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היה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דבורים אוהבות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דבורים עפות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בצד אחד של הזירה שהחוקרים 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הדבורים עם הכדורים הקטנים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גלגלו אותם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החביאו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קבוצת דבורים גלגלה יותר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הדבורים גלגלו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דבורה לא גלגלה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הדבורים גלגלו כדורים בלי לקבל פרס,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טעו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אולי בשביל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מישהו הכריח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הכדורים היו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החוקרים אומרים בסוף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שהניסוי סופי ומוכח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שצריך עוד ניסויים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שדבורים לא משחקות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שרק פילים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כוכבים אפשר לתת לכתבה ביומן הכתבות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מהבאות היא קטגוריה אפשרית ביומן הכתבות?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שפות זרות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חושבים וכותבים על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 משפטים מה הרעיון המרכזי של הכתבה על הדבורים.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– האם לדבורים יש רגשות כמו הנאה? נמקו בעזרת פרט מהכתבה.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חדשות שלמדתם מהכתבה והסבירו את פירושן.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על שאלות מי, מה, איפה ולמה על כתבה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לסדר את האירועים בכתבה לפי הסדר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משפט דעה קצר על כתבה ולרשום שורה ביומן?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כתבה בשבוע: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